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6AF70" w14:textId="4331A4D4" w:rsidR="00CC1C87" w:rsidRDefault="00CC1C87">
      <w:pPr>
        <w:pStyle w:val="Titel"/>
        <w:jc w:val="center"/>
        <w:rPr>
          <w:lang w:val="de-DE"/>
        </w:rPr>
      </w:pPr>
      <w:r w:rsidRPr="00CC1C87">
        <w:rPr>
          <w:lang w:val="de-DE"/>
        </w:rPr>
        <w:drawing>
          <wp:inline distT="0" distB="0" distL="0" distR="0" wp14:anchorId="628D266A" wp14:editId="35F90313">
            <wp:extent cx="1028700" cy="1064715"/>
            <wp:effectExtent l="0" t="0" r="0" b="2540"/>
            <wp:docPr id="182764311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64311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35692" cy="1071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FA626" w14:textId="469C8A69" w:rsidR="005A7879" w:rsidRPr="00CC1C87" w:rsidRDefault="00CC1C87">
      <w:pPr>
        <w:pStyle w:val="Titel"/>
        <w:jc w:val="center"/>
        <w:rPr>
          <w:lang w:val="de-DE"/>
        </w:rPr>
      </w:pPr>
      <w:r>
        <w:rPr>
          <w:lang w:val="de-DE"/>
        </w:rPr>
        <w:t>Abstinenzprogramm</w:t>
      </w:r>
    </w:p>
    <w:p w14:paraId="0995C09F" w14:textId="3CF2CBD8" w:rsidR="005A7879" w:rsidRPr="00CC1C87" w:rsidRDefault="00000000">
      <w:pPr>
        <w:jc w:val="center"/>
        <w:rPr>
          <w:lang w:val="de-DE"/>
        </w:rPr>
      </w:pPr>
      <w:r w:rsidRPr="00CC1C87">
        <w:rPr>
          <w:b/>
          <w:sz w:val="32"/>
          <w:lang w:val="de-DE"/>
        </w:rPr>
        <w:t>Teilnahmebescheinigung Abstinenzprogramm</w:t>
      </w:r>
      <w:r w:rsidRPr="00CC1C87">
        <w:rPr>
          <w:b/>
          <w:sz w:val="32"/>
          <w:lang w:val="de-DE"/>
        </w:rPr>
        <w:br/>
      </w:r>
    </w:p>
    <w:p w14:paraId="396818F2" w14:textId="77777777" w:rsidR="005A7879" w:rsidRPr="00CC1C87" w:rsidRDefault="00000000">
      <w:pPr>
        <w:rPr>
          <w:lang w:val="de-DE"/>
        </w:rPr>
      </w:pPr>
      <w:r w:rsidRPr="00CC1C87">
        <w:rPr>
          <w:lang w:val="de-DE"/>
        </w:rPr>
        <w:t>Name: ____________________________</w:t>
      </w:r>
    </w:p>
    <w:p w14:paraId="6991C019" w14:textId="77777777" w:rsidR="005A7879" w:rsidRPr="00CC1C87" w:rsidRDefault="00000000">
      <w:pPr>
        <w:rPr>
          <w:lang w:val="de-DE"/>
        </w:rPr>
      </w:pPr>
      <w:r w:rsidRPr="00CC1C87">
        <w:rPr>
          <w:lang w:val="de-DE"/>
        </w:rPr>
        <w:t>Geburtsdatum: ____________________</w:t>
      </w:r>
    </w:p>
    <w:p w14:paraId="1783642A" w14:textId="77777777" w:rsidR="005A7879" w:rsidRPr="00CC1C87" w:rsidRDefault="00000000">
      <w:pPr>
        <w:rPr>
          <w:lang w:val="de-DE"/>
        </w:rPr>
      </w:pPr>
      <w:r w:rsidRPr="00CC1C87">
        <w:rPr>
          <w:lang w:val="de-DE"/>
        </w:rPr>
        <w:t>Teilnahmezeitraum: ________________</w:t>
      </w:r>
    </w:p>
    <w:p w14:paraId="26A65402" w14:textId="2A5380D8" w:rsidR="005A7879" w:rsidRPr="00CC1C87" w:rsidRDefault="00000000">
      <w:pPr>
        <w:rPr>
          <w:lang w:val="de-DE"/>
        </w:rPr>
      </w:pPr>
      <w:r w:rsidRPr="00CC1C87">
        <w:rPr>
          <w:lang w:val="de-DE"/>
        </w:rPr>
        <w:t xml:space="preserve">Programmdauer: </w:t>
      </w:r>
      <w:r w:rsidR="00CC1C87">
        <w:rPr>
          <w:lang w:val="de-DE"/>
        </w:rPr>
        <w:t>___</w:t>
      </w:r>
      <w:r w:rsidRPr="00CC1C87">
        <w:rPr>
          <w:lang w:val="de-DE"/>
        </w:rPr>
        <w:t xml:space="preserve"> Monate</w:t>
      </w:r>
    </w:p>
    <w:p w14:paraId="55F1A5C5" w14:textId="77777777" w:rsidR="005A7879" w:rsidRPr="00CC1C87" w:rsidRDefault="00000000">
      <w:pPr>
        <w:rPr>
          <w:lang w:val="de-DE"/>
        </w:rPr>
      </w:pPr>
      <w:r w:rsidRPr="00CC1C87">
        <w:rPr>
          <w:lang w:val="de-DE"/>
        </w:rPr>
        <w:t>Art der Nachweise: ☐ Urinscreening ☐ Haaranalyse</w:t>
      </w:r>
    </w:p>
    <w:p w14:paraId="327156A0" w14:textId="77777777" w:rsidR="005A7879" w:rsidRPr="00CC1C87" w:rsidRDefault="00000000">
      <w:pPr>
        <w:rPr>
          <w:lang w:val="de-DE"/>
        </w:rPr>
      </w:pPr>
      <w:r w:rsidRPr="00CC1C87">
        <w:rPr>
          <w:lang w:val="de-DE"/>
        </w:rPr>
        <w:t>Beginn: __________ Ende: __________</w:t>
      </w:r>
    </w:p>
    <w:p w14:paraId="41150CB8" w14:textId="77777777" w:rsidR="005A7879" w:rsidRPr="00CC1C87" w:rsidRDefault="00000000">
      <w:pPr>
        <w:rPr>
          <w:lang w:val="de-DE"/>
        </w:rPr>
      </w:pPr>
      <w:r w:rsidRPr="00CC1C87">
        <w:rPr>
          <w:lang w:val="de-DE"/>
        </w:rPr>
        <w:t>Besonderheiten: _________________________________</w:t>
      </w:r>
    </w:p>
    <w:p w14:paraId="5F95CB74" w14:textId="77777777" w:rsidR="005A7879" w:rsidRPr="00CC1C87" w:rsidRDefault="005A7879">
      <w:pPr>
        <w:rPr>
          <w:lang w:val="de-DE"/>
        </w:rPr>
      </w:pPr>
    </w:p>
    <w:p w14:paraId="10AB0E77" w14:textId="77777777" w:rsidR="005A7879" w:rsidRPr="00CC1C87" w:rsidRDefault="00000000">
      <w:pPr>
        <w:pStyle w:val="berschrift2"/>
        <w:rPr>
          <w:lang w:val="de-DE"/>
        </w:rPr>
      </w:pPr>
      <w:r w:rsidRPr="00CC1C87">
        <w:rPr>
          <w:lang w:val="de-DE"/>
        </w:rPr>
        <w:t>Bestätigung</w:t>
      </w:r>
    </w:p>
    <w:p w14:paraId="0D569F3C" w14:textId="41F5FA4D" w:rsidR="005A7879" w:rsidRPr="00CC1C87" w:rsidRDefault="00000000">
      <w:pPr>
        <w:rPr>
          <w:lang w:val="de-DE"/>
        </w:rPr>
      </w:pPr>
      <w:r w:rsidRPr="00CC1C87">
        <w:rPr>
          <w:lang w:val="de-DE"/>
        </w:rPr>
        <w:t xml:space="preserve">Hiermit wird bestätigt, dass die oben genannte Person am genannten Abstinenzprogramm teilgenommen hat. </w:t>
      </w:r>
    </w:p>
    <w:p w14:paraId="4F277685" w14:textId="327B7760" w:rsidR="005A7879" w:rsidRDefault="00000000">
      <w:r>
        <w:t>Ort, Datum: _____________________</w:t>
      </w:r>
    </w:p>
    <w:p w14:paraId="2E76FD87" w14:textId="787A9EF1" w:rsidR="00581C17" w:rsidRDefault="00000000" w:rsidP="00581C17">
      <w:pPr>
        <w:jc w:val="center"/>
      </w:pPr>
      <w:proofErr w:type="spellStart"/>
      <w:r>
        <w:t>Unterschrift</w:t>
      </w:r>
      <w:proofErr w:type="spellEnd"/>
      <w:r>
        <w:t xml:space="preserve"> / Stempel: </w:t>
      </w:r>
      <w:r w:rsidR="00CC1C87" w:rsidRPr="00CC1C87">
        <w:drawing>
          <wp:inline distT="0" distB="0" distL="0" distR="0" wp14:anchorId="3AB93C3A" wp14:editId="6F48601F">
            <wp:extent cx="2865368" cy="1234547"/>
            <wp:effectExtent l="0" t="0" r="0" b="3810"/>
            <wp:docPr id="172949963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49963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65368" cy="1234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81C17" w:rsidRPr="00581C17">
        <w:drawing>
          <wp:inline distT="0" distB="0" distL="0" distR="0" wp14:anchorId="3F74C072" wp14:editId="4FAFED46">
            <wp:extent cx="975360" cy="981559"/>
            <wp:effectExtent l="0" t="0" r="0" b="9525"/>
            <wp:docPr id="139361882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61882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82492" cy="988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81C1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55735146">
    <w:abstractNumId w:val="8"/>
  </w:num>
  <w:num w:numId="2" w16cid:durableId="691805289">
    <w:abstractNumId w:val="6"/>
  </w:num>
  <w:num w:numId="3" w16cid:durableId="816652513">
    <w:abstractNumId w:val="5"/>
  </w:num>
  <w:num w:numId="4" w16cid:durableId="915164165">
    <w:abstractNumId w:val="4"/>
  </w:num>
  <w:num w:numId="5" w16cid:durableId="440609439">
    <w:abstractNumId w:val="7"/>
  </w:num>
  <w:num w:numId="6" w16cid:durableId="1458141281">
    <w:abstractNumId w:val="3"/>
  </w:num>
  <w:num w:numId="7" w16cid:durableId="2077050666">
    <w:abstractNumId w:val="2"/>
  </w:num>
  <w:num w:numId="8" w16cid:durableId="2143692038">
    <w:abstractNumId w:val="1"/>
  </w:num>
  <w:num w:numId="9" w16cid:durableId="959217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81C17"/>
    <w:rsid w:val="005A7879"/>
    <w:rsid w:val="0081611D"/>
    <w:rsid w:val="00AA1D8D"/>
    <w:rsid w:val="00B47730"/>
    <w:rsid w:val="00CB0664"/>
    <w:rsid w:val="00CC1C8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D5D900"/>
  <w14:defaultImageDpi w14:val="300"/>
  <w15:docId w15:val="{9A5233EA-E5E5-42D4-A37A-E0C24ED0F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438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Mark Erndt</cp:lastModifiedBy>
  <cp:revision>2</cp:revision>
  <dcterms:created xsi:type="dcterms:W3CDTF">2026-07-03T07:41:00Z</dcterms:created>
  <dcterms:modified xsi:type="dcterms:W3CDTF">2026-07-03T07:41:00Z</dcterms:modified>
  <cp:category/>
</cp:coreProperties>
</file>